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העיקריים של הרצל ואת האירועים שעיצבו את 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ציונות מדינית, התבוללות ואנטישמיות 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וזיהוי 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אילו חלקים מחזון הרצל התגשמו, התגשמו בחלקם או התגשמו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ילדות, נעורים ודרך אל העיתונות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פשט (היום חלק מבודפשט)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מות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דוקטור למשפטים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ילדות, נעורים ודרך אל העיתונות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ילדות, נעורים ודרך אל העיתונות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ראוי להזכיר שליבו של הרצל נמשך לכתיבה, למחזות ולסיפורים, ושזה מה שבאמת עניין אותו יותר מהמשפטים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להתייחס לכך שהרצל למד להכיר פוליטיקה של מעצמה, ראה אירועים וסערות מקרוב, ולמד את כוח הכתיבה כדי לשכנע קהל רחב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משפט דרייפוס ו״מדינת היהודים״ – זכרו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אלפרד דרייפוס הואשם בבגידה בצרפת, והטקס שבו השפילו אותו התקיים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נכתב אחרי שהרצל נכח בטקס ההשפלה של דרייפוס, בתחילת 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דרייפוס היה קצין יהודי, וההאשמה בו נקשרה לשנאת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משפט דרייפוס ו״מדינת היהודים״ – הבינו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שנאה המבוססת גם על טענות לאומיות וגזעיות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היטמעות מלאה בתרבות הסביבה עד ויתור על הזהות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להשיג הכרה והסכם בינלאומי לפני התיישבות 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זה קרה בצרפת, ארץ המוכרת בזכויות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משפט דרייפוס ו״מדינת היהודים״ – קשרים ומסקנות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חופשיות (או: מתקדמות)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משפט דרייפוס ו״מדינת היהודים״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ציונות מדינית היא הגישה שלפיה יש להשיג קודם הכרה והסכם רשמי ממעצמות העולם, ורק אחר כך לבנות את המדינה בצורה מאורגנת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הבין שגם במדינה מתקדמת כמו צרפת יהודים אינם מתקבלים באמת, כך שהשתלבות מלאה אינה פותרת את הבעיה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הקונגרס הציוני הראשון ובניית המוסדות – שינון ואיתור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הקונגרס הציוני הראשון ובניית המוסדות – שינון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מקורות שונים נותנים כ-197 עד 208 צירים, סביב 200.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נורדאו היה גם סופר וגם רופא, ונאם בקונגרס לצד הרצל.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הקונגרס הציוני הראשון ובניית המוסדות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הסתדרות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הקונגרס הציוני הראשון ובניית המוסדות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(הגדרת מטרת התנועה: בית מולדת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(הגוף המארגן של התנועה הציונית)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(הבנק שמימן התיישבות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(קרן לקניית אדמות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אלטנוילנד: החזון אז והיום – הכרות עם הרומן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המשפט אחי אתה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אלטנוילנד: החזון אז והיום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תיאר חברה מתקדמת מבחינה מדעית וטכנולוגית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המוטו האמיתי הוא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אלטנוילנד: החזון אז והיום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אלטנוילנד: החזון אז והיום – התאמת 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(ייצור חשמל)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(תנאי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(שוויון מגדרי)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(שוויון בין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(מדע וטכנולוגיה)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קוראים מקורות: ציטוטים ונקודות מבט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 ביומנו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שנכתב בזמן האירוע בידי מי שהיה מעורב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מאחרית הדבר של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קוראים מקורות: ציטוטים ונקודות מבט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יומן אישי נכתב לעצמו ולכן גלוי וספונטני יותר, ואילו נאום מיועד לקהל ונכתב בזהירות ובסגנון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במקורות המובאים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 ראשוני משקף נקודת מבט אחת, ולכן יש לו מגבלות ויש לבדוק אותו מול מקורות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קוראים מקורות: ציטוטים ונקודות מבט – התאמה בין קטע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 תוכנית מדינית מפורטת לקוראים רחבים)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(רישום אישי וספונטני, לא מיועד לפרסום מיידי)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(פנייה רשמית לקהל ציבורי כדי לשכנע ולאחד)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(ביטוי של נקודת מבט אישית על האירוע)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קוראים מקורות: ציטוטים ונקודות מבט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מורשת: מהחלום אל המעשה – זכרון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ברומן אלטנוילנד הרצל דמיין תעלה כזו לשם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ההצעה נדחתה סופית רק בקונגרס השביעי, ב-1905, אחרי מות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הרצל נפטר ב-1904 ועצמותיו הובאו ב-1949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אירוע קונקרטי עם תאריך או הקשר, ומסבירה מדוע הוא משמעותי ולא רק מתארת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שציונות מדינית פירושה פעולה מאורגנת והסכמה בינלאומית, לא רק רצון או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משווה בין החזון המקורי למציאות של היום בצורה מנומקת, לא רק 'כן' או 'לא'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4-5 שיעורים, פרק או שניים בכל מפגש, עם סיכום קצר בסוף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משימות הציטוטים לשאלה אחת ולהוסיף תמיכה חזותית מציר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משימת פסקת הטיעון המלאה ולבקש להשוות בין שני מקורות ראשוניים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דיון 'החזון אז והיום' בעל פה לפני הכתיבה, כדי לעודד הבעת דעות מנומקות ללא תשובה 'נכונה' אחת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פתרו את הפרקים לפי הסדר. קראו כל חלק פעמיים לפני שעונים. אפשר להיעזר במילון המילים שבסוף החוברת.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הגישה של הרצל: להשיג הכרה בינלאומית לפני התיישבות רחבה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התבוללות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היטמעות בתרבות הרוב עד לוויתור על הזהות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 מודרנית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שנאת יהודים המנומקת בטענות לאומיות ולא רק דתיות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כינוס נציגים מהתנועה הציונית לקביעת מדיניות ומטרות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שאושרה ב-1897: בית מולדת ליהודים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דיפלומטיה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מגעים ומשא ומתן בין מדינות ומנהיגים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חברה אידיאלית, חזון שמכוון מעשים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בזמן האירועים בידי מי שהיה מעורב בהם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אדם רואה אירוע, לפי מקומו וניסיונו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שדמות מותירה לדורות הבאים - רעיונות ומוסדות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ילדות, נעורים ודרך אל העיתונות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פשט (היום חלק מבודפשט)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המשפחה עברה לווינה?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חדשה של האב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למד הרצל באוניברסיטה?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דוקטור למשפטים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דוקטור לרפואה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בספרות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בהנדסה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נסע הרצל לעבוד כעיתונאי?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ילדות, נעורים ודרך אל העיתונות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מות אחותו פאולינה, המשפחה עברה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למרות התואר במשפטים, ליבו של הרצל נמשך בעיקר אל עולם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עבודתו כעיתונאי בפריז, הרצל למד להכיר את כוחה של __________ כתובה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ילדות, נעורים ודרך אל העיתונות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הרצל עזב את עולם המשפט כמעט מיד לאחר קבלת התואר? הסבירו בשתיים-שלוש שורות על סמך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לדעתכם תפקידו כעיתונאי בפריז ב-1891 תרם להתפתחותו כהוגה רעיון המדינה היהודית? כתבו פסקה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משפט דרייפוס ו״מדינת היהודים״ – זכרו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התרחש בעיר פריז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״מדינת היהודים״ עוד לפני משפט דרייפוס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דרייפוס היה קצין נוצרי בצבא 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משפט דרייפוס ו״מדינת היהודים״ – הבינו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יצא לאור הספר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״אנטישמיות מודרנית״ לעומת שנאת יהודים ישנה?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שנאה המבוססת רק על 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שנאה המבוססת גם על טענות לאומיות וגזעיות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אהדה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שאסר על יהודים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״התבוללות״, שהרצל עצמו שקל בתחילה?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היטמעות מלאה בתרבות הסביבה עד ויתור על הזהות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נדידה המונית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עיתונים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הגישה שנקראה ״ציונות מדינית״?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לארץ בלי לדווח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להשיג הכרה והסכם בינלאומי לפני התיישבות 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להמתין שהבעיה תיפתר מעצמה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לבנות קודם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דווקא בצרפת זה הפתיע את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ידע שיש אנטישמיות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קרה בצרפת, ארץ המוכרת בזכויות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הכיר את דרייפוס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עצמו הועמד לדין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משפט דרייפוס ו״מדינת היהודים״ – קשרים ומסקנות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טען ששאלת היהודים היא שאלה __________ שיש לפתור בזירה הבינלאומית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טקס ההשפלה של דרייפוס, הרצל הבין ששנאת יהודים לא תיעלם מעצמה גם במדינות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משפט דרייפוס ו״מדינת היהודים״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מהי ״ציונות מדינית״ ובמה היא שונה מעלייה חופשית ללא הסכמים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ייתכן שהרצל זנח את רעיון ההתבוללות אחרי מה שראה בפריז?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הקונגרס הציוני הראשון ובניית המוסדות – שינון ואיתור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נפגשו הצירים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היה הכינוס הגדול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הקונגרס הציוני הראשון ובניית המוסדות – שינון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בקונגרס הציוני הראשון השתתפו כ-200 צירים.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מקס נורדאו היה רופא בלבד ולא עסק בכתיבה.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הקונגרס הציוני הראשון ובניית המוסדות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בקונגרס הציוני הראשון נוסדה ה__________ הציונית.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הקונגרס הציוני הראשון ובניית המוסדות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קרן לקניית אדמות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ההסתדרות הציונית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הבנק שמימן התיישבות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הגדרת מטרת התנועה: בית מולדת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הגוף המארגן של התנועה הציונית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אלטנוילנד: החזון אז והיום – הכרות עם הרומן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יצא הספר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שם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מבטא שוויון בספר?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 עם שבעה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המשפט אחי אתה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הקונגרס בבזל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אלטנוילנד: החזון אז והיום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באלטנוילנד מתואר חזון של חברה עם מדע וטכנולוגיה מתקדמים, כמו חשמל ורכבות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המוטו של הספר אלטנוילנד הוא עברי דבר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אלטנוילנד: החזון אז והיום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באלטנוילנד נשים גם __________ וגם נבחרות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המלא של המוטו הוא: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אלטנוילנד: החזון אז והיום – התאמת 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תעלה מהים התיכון לים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מדע וטכנולוגיה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שוויון בין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נשים בוחרות ונבחרות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תנאי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אחי אתה,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שוויון מגדרי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חשמל, רכבות, השקיה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ייצור חשמל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קוראים מקורות: ציטוטים ונקודות מבט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המשפט על 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 ביומנו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 בנאום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 במאמר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בן־יהודה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לימוד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שנכתב בזמן האירוע בידי מי שהיה מעורב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של היסטוריון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מהעיתון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המשפט על החלום?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מ׳מדינת היהודים׳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מאחרית הדבר של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מנאום הפתיחה בקונגרס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מהיומן האישי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קוראים מקורות: ציטוטים ונקודות מבט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אישי ונאום פומבי נכתבים באותו סגנון בדיוק, כי שניהם מתעדים את אותם אירועים.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הציטוט ׳הציונות היא השיבה אל היהדות עוד לפני השיבה אל ארץ היהודים׳ נאמר בנאום הפתיחה של הקונגרס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תמיד נותן תמונה מלאה וחסרת פניות של האירוע.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קוראים מקורות: ציטוטים ונקודות מבט – התאמה בין קטע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קטע מ׳מדינת היהודים׳ (1896)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ביטוי של נקודת מבט אישית על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קטע מהיומן, ספטמבר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פנייה רשמית לקהל ציבורי כדי לשכנע ולאחד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נאום פתיחת הקונגרס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מציג תוכנית מדינית מפורטת לקוראים רחבים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בדוי של צירה צעירה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רישום אישי וספונטני, לא מיועד לפרסום מיידי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קוראים מקורות: ציטוטים ונקודות מבט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ביומנו שבבזל ייסד את מדינת היהודים, ולדבריו זה יתגשם בעוד חמישים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המתארת מי שהיה נוכח ומעורב באירוע וכתב עליו בזמן אמת נקראת מקור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מורשת: מהחלום אל המעשה – זכרון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הימים באלטנוילנד תוכננה לחבר בין הים התיכון לים המלח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אוגנדה נדחה סופית כבר בקונגרס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עצמותיו של הרצל הועברו לקבורה בהר הרצל כעבור כחמישים שנה ממותו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אירועים בחייו של הרצל הייתם בוחרים כ'נקודות מפנה',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במשפטים שלכם מה ההבדל בין ציונות מדינית לבין המתנה פסיבית לשינוי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פריט אחד מחזון אלטנוילנד והסבירו האם והיך הוא התגשם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