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🔭 האיש שחלם מדינה – בנימין זאב הרצל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האיש שחלם מדינה: בנימין זאב הרצל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שלבי חייו העיקריים של הרצל ואת האירועים שעיצבו את דרכו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מושגי יסוד כמו ציונות מדינית, התבוללות ואנטישמיות מודרנית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קריאה ביקורתית של מקורות ראשוניים וזיהוי נקודות מבט שונות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לבחון אילו חלקים מחזון הרצל התגשמו, התגשמו בחלקם או התגשמו אחרת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ילדות, נעורים ודרך אל העיתונות – עובדות יסוד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פשט (היום חלק מבודפשט)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1860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מות אחותו פאולינה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ילדות, נעורים ודרך אל העיתונות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1. 1860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וינה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ילדות, נעורים ודרך אל העיתונות – חשיבה וכתיבה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2 · משפט דרייפוס ו״מדינת היהודים״ – זכרו את העובדות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אלפרד דרייפוס הואשם בבגידה בצרפת, והטקס שבו השפילו אותו התקיים בפריז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הספר נכתב אחרי שהרצל נכח בטקס ההשפלה של דרייפוס, בתחילת 1895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משפט דרייפוס ו״מדינת היהודים״ – הבינו את המושגים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1896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שנאה המבוססת גם על טענות לאומיות וגזעיות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היטמעות מלאה בתרבות הסביבה עד ויתור על הזהות היהודית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משפט דרייפוס ו״מדינת היהודים״ – קשרים ומסקנות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לאומית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חופשיות (או: מתקדמות)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משפט דרייפוס ו״מדינת היהודים״ – הסבר וכתיבה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ציונות מדינית היא הגישה שלפיה יש להשיג קודם הכרה והסכם רשמי ממעצמות העולם, ורק אחר כך לבנות את המדינה בצורה מאורגנת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הקונגרס הציוני הראשון ובניית המוסדות – שינון ואיתור פרטים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בזל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1897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הקונגרס הציוני הראשון ובניית המוסדות – שינון (המשך)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מקורות שונים נותנים כ-197 עד 208 צירים, סביב 200.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נורדאו היה גם סופר וגם רופא, ונאם בקונגרס לצד הרצל.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הקונגרס הציוני הראשון ובניית המוסדות – השלמה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הסתדרות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3 · הקונגרס הציוני הראשון ובניית המוסדות – הבנה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(הגדרת מטרת התנועה: בית מולדת בארץ ישראל)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(הגוף המארגן של התנועה הציונית)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(הבנק שמימן התיישבות בארץ ישראל)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(קרן לקניית אדמות בארץ ישראל)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אלטנוילנד: החזון אז והיום – הכרות עם הרומן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1902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ארץ ישנה-חדשה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אלטנוילנד: החזון אז והיום – בדיקת ידע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הרצל תיאר חברה מתקדמת מבחינה מדעית וטכנולוגית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המוטו האמיתי הוא אם תרצו אין זו אגדה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אלטנוילנד: החזון אז והיום – השלמות והתאמות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בוחרות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אגדה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4 · אלטנוילנד: החזון אז והיום – התאמת רכיבים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(ייצור חשמל)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(תנאי עבודה)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(שוויון מגדרי)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(שוויון בין בני אדם)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קוראים מקורות: ציטוטים ונקודות מבט – זיהוי והבנה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הרצל ביומנו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טקסט שנכתב בזמן האירוע בידי מי שהיה מעורב בו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קוראים מקורות: ציטוטים ונקודות מבט – הבנה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יומן אישי נכתב לעצמו ולכן גלוי וספונטני יותר, ואילו נאום מיועד לקהל ונכתב בזהירות ובסגנון משכנע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מצוין במקורות המובאים באתר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5 · קוראים מקורות: ציטוטים ונקודות מבט – התאמה בין קטע למטרתו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(מציג תוכנית מדינית מפורטת לקוראים רחבים)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(רישום אישי וספונטני, לא מיועד לפרסום מיידי)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(פנייה רשמית לקהל ציבורי כדי לשכנע ולאחד)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(ביטוי של נקודת מבט אישית על האירוע)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פרק 5 · קוראים מקורות: ציטוטים ונקודות מבט – ניתוח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כ׳ – פרק 6 · מורשת: מהחלום אל המעשה – זכרון ועובדות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ברומן אלטנוילנד הרצל דמיין תעלה כזו לשם ייצור חשמל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ההצעה נדחתה סופית רק בקונגרס השביעי, ב-1905, אחרי מות הרצל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מזכירה אירוע קונקרטי עם תאריך או הקשר, ומסבירה מדוע הוא משמעותי ולא רק מתארת אותו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מראה הבנה שציונות מדינית פירושה פעולה מאורגנת והסכמה בינלאומית, לא רק רצון או תקווה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משווה בין החזון המקורי למציאות של היום בצורה מנומקת, לא רק 'כן' או 'לא'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לפרוס את החוברת על פני 4-5 שיעורים, פרק או שניים בכל מפגש, עם סיכום קצר בסוף כל מפגש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לצמצם את משימות הציטוטים לשאלה אחת ולהוסיף תמיכה חזותית מציר הזמן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מתקדמים כדאי להוסיף את משימת פסקת הטיעון המלאה ולבקש להשוות בין שני מקורות ראשוניים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לקיים את דיון 'החזון אז והיום' בעל פה לפני הכתיבה, כדי לעודד הבעת דעות מנומקות ללא תשובה 'נכונה' אחת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🔭 האיש שחלם מדינה – בנימין זאב הרצל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האיש שחלם מדינה: בנימין זאב הרצל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עבדו בחוברת לפי סדר הפרקים, כל פרק בנוי על הקודם לו. קראו כל קטע בעיון לפני שאתם עונים, והשתמשו במילון המושגים כשנתקלים במילה לא מוכרת.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לאומית  ·  שנה  ·  חופשיות (או: מתקדמות)  ·  אגדה  ·  הסתדרות  ·  בוחרות  ·  1860  ·  וינה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פרק 1 · ילדות, נעורים ודרך אל העיתונות – עובדות יסוד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באיזו עיר נולד בנימין זאב הרצל?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פשט (היום חלק מבודפשט)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וינה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בזל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באיזו שנה נולד הרצל?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1860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1878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1884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 גרם למשפחת הרצל לעבור לווינה ב-1878?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מות אחותו פאולינה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מלחמה באירופה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עבודה חדשה של האב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פרק 1 · ילדות, נעורים ודרך אל העיתונות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הרצל נולד בשנת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לאחר מות אחותו פאולינה, המשפחה עברה לעיר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פרק 1 · ילדות, נעורים ודרך אל העיתונות – חשיבה וכתיבה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פרק 2 · משפט דרייפוס ו״מדינת היהודים״ – זכרו את העובדות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משפט דרייפוס התרחש בעיר פריז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הרצל כתב את ״מדינת היהודים״ עוד לפני משפט דרייפוס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פרק 2 · משפט דרייפוס ו״מדינת היהודים״ – הבינו את המושגים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באיזו שנה התפרסם הספר ״מדינת היהודים״?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1891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1894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1896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מהי ״אנטישמיות מודרנית״ לעומת שנאת יהודים ישנה?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שנאה המבוססת רק על דת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שנאה המבוססת גם על טענות לאומיות וגזעיות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אהדה ליהודים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 פירוש ״התבוללות״, שהרצל עצמו שקל בתחילה?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הקמת מדינה עצמאית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היטמעות מלאה בתרבות הסביבה עד ויתור על הזהות היהודית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נדידה המונית לארץ ישראל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פרק 2 · משפט דרייפוס ו״מדינת היהודים״ – קשרים ומסקנות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הרצל טען ששאלת היהודים היא שאלה __________ שיש לפתור בזירה הבינלאומית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אחרי טקס ההשפלה של דרייפוס, הרצל הבין ששנאת יהודים לא תיעלם מעצמה גם במדינות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7  חלק ז׳ – פרק 2 · משפט דרייפוס ו״מדינת היהודים״ – הסבר וכתיבה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הסבירו במשפט אחד מהי ״ציונות מדינית״ ובמה היא שונה מעלייה חופשית ללא הסכמים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8  חלק ח׳ – פרק 3 · הקונגרס הציוני הראשון ובניית המוסדות – שינון ואיתור פרטים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היכן התכנס הקונגרס הציוני הראשון?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בזל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וינה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פריז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באיזו שנה התכנס הקונגרס הציוני הראשון?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1895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1896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1897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9  חלק ט׳ – פרק 3 · הקונגרס הציוני הראשון ובניית המוסדות – שינון (המשך)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בקונגרס הציוני הראשון השתתפו כ-200 צירים.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מקס נורדאו היה רופא בלבד ולא עסק בכתיבה.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10  חלק י׳ – פרק 3 · הקונגרס הציוני הראשון ובניית המוסדות – השלמה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בקונגרס הציוני הראשון נוסדה ה__________ הציונית.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11  חלק י״א – פרק 3 · הקונגרס הציוני הראשון ובניית המוסדות – הבנה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תוכנית בזל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הגוף המארגן של התנועה הציונית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ההסתדרות הציונית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הגדרת מטרת התנועה: בית מולדת בארץ ישראל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אוצר התיישבות היהודים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קרן לקניית אדמות בארץ ישראל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הקרן הקיימת לישראל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הבנק שמימן התיישבות בארץ ישראל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12  חלק י״ב – פרק 4 · אלטנוילנד: החזון אז והיום – הכרות עם הרומן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באיזו שנה יצא לאור הרומן אלטנוילנד?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1896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1897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1902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פירוש השם אלטנוילנד?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עיר ישנה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ארץ ישנה-חדשה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מדינת היהודים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13  חלק י״ג – פרק 4 · אלטנוילנד: החזון אז והיום – בדיקת ידע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באלטנוילנד מתואר חזון של חברה עם מדע וטכנולוגיה מתקדמים, כמו חשמל ורכבות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המוטו של הספר אלטנוילנד הוא עברי דבר עברית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14  חלק י״ד – פרק 4 · אלטנוילנד: החזון אז והיום – השלמות והתאמות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באלטנוילנד נשים גם __________ וגם נבחרות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המשפט המלא של המוטו הוא: אם תרצו, אין זו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15  חלק ט״ו – פרק 4 · אלטנוילנד: החזון אז והיום – התאמת רכיבים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תעלה מהים התיכון לים המלח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שוויון בין בני אדם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יום עבודה של שבע שעות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ייצור חשמל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נשים בוחרות ונבחרות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תנאי עבודה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אחי אתה, אדם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שוויון מגדרי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16  חלק ט״ז – פרק 5 · קוראים מקורות: ציטוטים ונקודות מבט – זיהוי והבנה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מי כתב את המשפט ׳בבזל ייסדתי את מדינת היהודים׳?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הרצל ביומנו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מקס נורדאו בנאום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אחד העם במאמר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מהו ׳מקור ראשוני׳?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ספר לימוד על האירוע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טקסט שנכתב בזמן האירוע בידי מי שהיה מעורב בו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סיכום של היסטוריון מאוחר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17  חלק י״ז – פרק 5 · קוראים מקורות: ציטוטים ונקודות מבט – הבנה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יומן אישי ונאום פומבי נכתבים באותו סגנון בדיוק, כי שניהם מתעדים את אותם אירועים.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הציטוט ׳הציונות היא השיבה אל היהדות עוד לפני השיבה אל ארץ היהודים׳ נאמר בנאום הפתיחה של הקונגרס הראשון.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18  חלק י״ח – פרק 5 · קוראים מקורות: ציטוטים ונקודות מבט – התאמה בין קטע למטרתו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קטע מ׳מדינת היהודים׳ (1896)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ביטוי של נקודת מבט אישית על האירוע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קטע מהיומן, ספטמבר 1897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פנייה רשמית לקהל ציבורי כדי לשכנע ולאחד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נאום פתיחת הקונגרס הראשון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רישום אישי וספונטני, לא מיועד לפרסום מיידי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מכתב בדוי של צירה צעירה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מציג תוכנית מדינית מפורטת לקוראים רחבים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19  חלק י״ט – פרק 5 · קוראים מקורות: ציטוטים ונקודות מבט – ניתוח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הרצל כתב ביומנו שבבזל ייסד את מדינת היהודים, ולדבריו זה יתגשם בעוד חמישים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20  חלק כ׳ – פרק 6 · מורשת: מהחלום אל המעשה – זכרון ועובדות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תעלת הימים באלטנוילנד תוכננה לחבר בין הים התיכון לים המלח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ויכוח אוגנדה נדחה סופית כבר בקונגרס הציוני הראשון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אילו שלושה אירועים בחייו של הרצל הייתם בוחרים כ'נקודות מפנה', ולמה?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הסבירו במשפטים שלכם מה ההבדל בין ציונות מדינית לבין המתנה פסיבית לשינוי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האיש שחלם מדינה: בנימין זאב הרצל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